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5AF" w:rsidRDefault="00187750">
      <w:pPr>
        <w:jc w:val="center"/>
        <w:rPr>
          <w:rFonts w:hint="eastAsia"/>
        </w:rPr>
      </w:pPr>
      <w:r>
        <w:rPr>
          <w:b/>
          <w:color w:val="505B6B"/>
        </w:rPr>
        <w:t>SECRETARIA DE ESTADO DE GOVERNANÇA DIGITAL E INTEGRAÇÃO - SGDI</w:t>
      </w:r>
    </w:p>
    <w:p w:rsidR="00D625AF" w:rsidRDefault="00187750">
      <w:pPr>
        <w:jc w:val="center"/>
        <w:rPr>
          <w:rFonts w:hint="eastAsia"/>
        </w:rPr>
      </w:pPr>
      <w:r>
        <w:rPr>
          <w:b/>
          <w:color w:val="1F2933"/>
          <w:sz w:val="28"/>
        </w:rPr>
        <w:t>ANEXO IV - FORMULÁRIO DE INICIATIVAS DE TRANSFORMAÇÃO DIGITAL E SISTEMAS/PLATAFORMAS</w:t>
      </w:r>
    </w:p>
    <w:p w:rsidR="00D625AF" w:rsidRDefault="00187750">
      <w:pPr>
        <w:jc w:val="center"/>
        <w:rPr>
          <w:rFonts w:hint="eastAsia"/>
        </w:rPr>
      </w:pPr>
      <w:r>
        <w:rPr>
          <w:color w:val="505B6B"/>
        </w:rPr>
        <w:t>Regime de Supervisão Contínua - Decreto nº 48.899/2026</w:t>
      </w:r>
    </w:p>
    <w:p w:rsidR="00D625AF" w:rsidRDefault="00187750">
      <w:pPr>
        <w:rPr>
          <w:rFonts w:hint="eastAsia"/>
        </w:rPr>
      </w:pPr>
      <w:r>
        <w:rPr>
          <w:i/>
          <w:color w:val="505B6B"/>
          <w:sz w:val="17"/>
        </w:rPr>
        <w:t xml:space="preserve">Orientação: este modelo poderá ser preenchido </w:t>
      </w:r>
      <w:r>
        <w:rPr>
          <w:i/>
          <w:color w:val="505B6B"/>
          <w:sz w:val="17"/>
        </w:rPr>
        <w:t>diretamente no SEI, quando disponível como modelo, ou baixado em Word, preenchido e juntado/anexado ao processo SEI correspondente.</w:t>
      </w:r>
    </w:p>
    <w:p w:rsidR="00D625AF" w:rsidRDefault="00187750">
      <w:pPr>
        <w:rPr>
          <w:rFonts w:hint="eastAsia"/>
        </w:rPr>
      </w:pPr>
      <w:r>
        <w:rPr>
          <w:i/>
          <w:color w:val="505B6B"/>
          <w:sz w:val="17"/>
        </w:rPr>
        <w:t>Para iniciativas de Transformação Digital, preencher os itens I, II e IV. Para iniciativas referentes a sistemas e plataform</w:t>
      </w:r>
      <w:r>
        <w:rPr>
          <w:i/>
          <w:color w:val="505B6B"/>
          <w:sz w:val="17"/>
        </w:rPr>
        <w:t>as, preencher os itens I, III e IV.</w:t>
      </w:r>
    </w:p>
    <w:p w:rsidR="00D625AF" w:rsidRDefault="00187750">
      <w:pPr>
        <w:rPr>
          <w:rFonts w:hint="eastAsia"/>
        </w:rPr>
      </w:pPr>
      <w:r>
        <w:rPr>
          <w:b/>
          <w:color w:val="1F2933"/>
          <w:sz w:val="24"/>
        </w:rPr>
        <w:t>I - Identificação do órgão e do solicitante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2508"/>
        <w:gridCol w:w="3262"/>
        <w:gridCol w:w="2857"/>
      </w:tblGrid>
      <w:tr w:rsidR="00D625AF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Órgão ou entidade demandante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Área / Unidade responsável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Nome do responsável pela solicitação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Cargo / Matrícula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E-mail institucional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Telefone de contato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D625AF" w:rsidRDefault="00D625AF">
      <w:pPr>
        <w:rPr>
          <w:rFonts w:hint="eastAsia"/>
        </w:rPr>
      </w:pPr>
    </w:p>
    <w:p w:rsidR="00D625AF" w:rsidRDefault="00187750">
      <w:pPr>
        <w:rPr>
          <w:rFonts w:hint="eastAsia"/>
        </w:rPr>
      </w:pPr>
      <w:r>
        <w:rPr>
          <w:b/>
          <w:color w:val="1F2933"/>
          <w:sz w:val="24"/>
        </w:rPr>
        <w:t>II - Iniciativa de Transformação Digital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23"/>
        <w:gridCol w:w="2553"/>
        <w:gridCol w:w="3260"/>
        <w:gridCol w:w="2836"/>
      </w:tblGrid>
      <w:tr w:rsidR="00D625AF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Nome do projeto / da iniciativa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Relevância e impacto do projeto / da iniciativa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 xml:space="preserve">Há </w:t>
            </w:r>
            <w:r>
              <w:rPr>
                <w:sz w:val="16"/>
              </w:rPr>
              <w:t>necessidade de recurso orçamentário?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se aplica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Prazo de conclusão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Alinhamento à Estratégia de Governança Digital vigente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Informar objetivo estratégico da EGD-DF.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Projeto/iniciativa consta do PDTIC?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Parcialmente | Não | Não avaliado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2.7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Link para o PDTIC neste processo SEI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2.8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Aprovado pelo Subcomitê Gestor de Transformação Digital ou equivalente?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Parcialmente | Não | Não se aplica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2.9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Submetido ao Comitê Gestor de Transformaç</w:t>
            </w:r>
            <w:r>
              <w:rPr>
                <w:sz w:val="16"/>
              </w:rPr>
              <w:t>ão Digital do DF (CGTD)?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Parcialmente | Não | Não avaliado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2.10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Consta do Plano de Transformação Digital vigente?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Parcialmente | Não | Não avaliado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lastRenderedPageBreak/>
              <w:t>2.11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Link para o PTD neste processo SEI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2.12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 xml:space="preserve">Impacta outro projeto/iniciativa de </w:t>
            </w:r>
            <w:r>
              <w:rPr>
                <w:sz w:val="16"/>
              </w:rPr>
              <w:t>Transformação Digital?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Não | Desconhecido. Se sim, indicar nome e impacto.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2.13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Resultará em digitalização de serviços?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Não. Se sim, listar serviços.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2.14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Documentos adicionais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Inclua link SEI e breve descrição dos documentos relevantes</w:t>
            </w:r>
            <w:r>
              <w:rPr>
                <w:sz w:val="16"/>
              </w:rPr>
              <w:t>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D625AF" w:rsidRDefault="00D625AF">
      <w:pPr>
        <w:rPr>
          <w:rFonts w:hint="eastAsia"/>
        </w:rPr>
      </w:pPr>
    </w:p>
    <w:p w:rsidR="00D625AF" w:rsidRDefault="00187750">
      <w:pPr>
        <w:rPr>
          <w:rFonts w:hint="eastAsia"/>
        </w:rPr>
      </w:pPr>
      <w:r>
        <w:rPr>
          <w:b/>
          <w:color w:val="1F2933"/>
          <w:sz w:val="24"/>
        </w:rPr>
        <w:t>III - Iniciativa referente a sistemas e plataformas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08"/>
        <w:gridCol w:w="2573"/>
        <w:gridCol w:w="3269"/>
        <w:gridCol w:w="2822"/>
      </w:tblGrid>
      <w:tr w:rsidR="00D625AF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D625AF" w:rsidRDefault="00187750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Nome do sistema / da plataforma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Natureza da iniciativa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Migração | Integração | Expansão | Substituição | Descontinuidade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Justificativa da iniciativa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Sistema/plataforma que absorverá os serviços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Há necessidade de recurso orçamentário?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3.6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Impacta serviço digital prestado pelo órgão/entidade?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Não. Listar serviços impactados.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3.7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Tratamento do l</w:t>
            </w:r>
            <w:r>
              <w:rPr>
                <w:sz w:val="16"/>
              </w:rPr>
              <w:t>egado associado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Dados, documentação etc.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3.8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Prazo estimado para conclusão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3.9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Alinhamento à Estratégia de Governança Digital do DF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3.10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Consta do PDTIC?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Parcialmente | Não | Não se aplica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Link para o PDTIC neste processo SEI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Submetida à instância de governança interna?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Não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Impacta projeto/iniciativa de Transformação Digital?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Não | Desconhecido. Se sim, indicar nome e impacto.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Hospedado no CeTIC-DF?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</w:t>
            </w:r>
            <w:r>
              <w:rPr>
                <w:sz w:val="16"/>
              </w:rPr>
              <w:t xml:space="preserve"> (SaaS)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Conectividade pela GDFNet?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3.16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Justificativa para hospedagem externa ao CeTIC-DF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Se aplicável.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3.17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Tratamento e compartilhamento de dados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Aderência à PGD/DF, barramento e APIs oficiais.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3.18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Requisitos técnicos e de segurança relevantes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D625AF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D625AF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3.19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Documentos adicionais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t>Inclua link SEI e breve descrição.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D625AF" w:rsidRDefault="00187750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lastRenderedPageBreak/>
              <w:br/>
            </w:r>
          </w:p>
        </w:tc>
      </w:tr>
    </w:tbl>
    <w:p w:rsidR="00D625AF" w:rsidRDefault="00D625AF">
      <w:pPr>
        <w:rPr>
          <w:rFonts w:hint="eastAsia"/>
        </w:rPr>
      </w:pPr>
    </w:p>
    <w:p w:rsidR="00D625AF" w:rsidRDefault="00187750">
      <w:pPr>
        <w:rPr>
          <w:b/>
          <w:color w:val="1F2933"/>
          <w:sz w:val="24"/>
        </w:rPr>
      </w:pPr>
      <w:r>
        <w:rPr>
          <w:b/>
          <w:color w:val="1F2933"/>
          <w:sz w:val="24"/>
        </w:rPr>
        <w:t>Declarações do órgão solicitante</w:t>
      </w:r>
    </w:p>
    <w:p w:rsidR="00187750" w:rsidRDefault="00187750">
      <w:pPr>
        <w:rPr>
          <w:color w:val="505B6B"/>
          <w:szCs w:val="18"/>
        </w:rPr>
      </w:pPr>
      <w:r w:rsidRPr="00187750">
        <w:rPr>
          <w:color w:val="505B6B"/>
          <w:szCs w:val="18"/>
        </w:rPr>
        <w:t xml:space="preserve">O </w:t>
      </w:r>
      <w:r w:rsidRPr="00187750">
        <w:rPr>
          <w:rFonts w:hint="cs"/>
          <w:color w:val="505B6B"/>
          <w:szCs w:val="18"/>
        </w:rPr>
        <w:t>ó</w:t>
      </w:r>
      <w:r w:rsidRPr="00187750">
        <w:rPr>
          <w:color w:val="505B6B"/>
          <w:szCs w:val="18"/>
        </w:rPr>
        <w:t>rg</w:t>
      </w:r>
      <w:r w:rsidRPr="00187750">
        <w:rPr>
          <w:rFonts w:hint="cs"/>
          <w:color w:val="505B6B"/>
          <w:szCs w:val="18"/>
        </w:rPr>
        <w:t>ã</w:t>
      </w:r>
      <w:r w:rsidRPr="00187750">
        <w:rPr>
          <w:color w:val="505B6B"/>
          <w:szCs w:val="18"/>
        </w:rPr>
        <w:t xml:space="preserve">o solicitante </w:t>
      </w:r>
      <w:proofErr w:type="spellStart"/>
      <w:r w:rsidRPr="00187750">
        <w:rPr>
          <w:color w:val="505B6B"/>
          <w:szCs w:val="18"/>
        </w:rPr>
        <w:t>declara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estar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ciente</w:t>
      </w:r>
      <w:proofErr w:type="spellEnd"/>
      <w:r w:rsidRPr="00187750">
        <w:rPr>
          <w:color w:val="505B6B"/>
          <w:szCs w:val="18"/>
        </w:rPr>
        <w:t xml:space="preserve"> de que, </w:t>
      </w:r>
      <w:proofErr w:type="spellStart"/>
      <w:r w:rsidRPr="00187750">
        <w:rPr>
          <w:color w:val="505B6B"/>
          <w:szCs w:val="18"/>
        </w:rPr>
        <w:t>nos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termos</w:t>
      </w:r>
      <w:proofErr w:type="spellEnd"/>
      <w:r w:rsidRPr="00187750">
        <w:rPr>
          <w:color w:val="505B6B"/>
          <w:szCs w:val="18"/>
        </w:rPr>
        <w:t xml:space="preserve"> dos </w:t>
      </w:r>
      <w:proofErr w:type="spellStart"/>
      <w:r w:rsidRPr="00187750">
        <w:rPr>
          <w:color w:val="505B6B"/>
          <w:szCs w:val="18"/>
        </w:rPr>
        <w:t>Decretos</w:t>
      </w:r>
      <w:proofErr w:type="spellEnd"/>
      <w:r w:rsidRPr="00187750">
        <w:rPr>
          <w:color w:val="505B6B"/>
          <w:szCs w:val="18"/>
        </w:rPr>
        <w:t xml:space="preserve"> n</w:t>
      </w:r>
      <w:r w:rsidRPr="00187750">
        <w:rPr>
          <w:rFonts w:hint="cs"/>
          <w:color w:val="505B6B"/>
          <w:szCs w:val="18"/>
        </w:rPr>
        <w:t>º</w:t>
      </w:r>
      <w:r w:rsidRPr="00187750">
        <w:rPr>
          <w:color w:val="505B6B"/>
          <w:szCs w:val="18"/>
        </w:rPr>
        <w:t xml:space="preserve"> 48.899/2026 e n</w:t>
      </w:r>
      <w:r w:rsidRPr="00187750">
        <w:rPr>
          <w:rFonts w:hint="cs"/>
          <w:color w:val="505B6B"/>
          <w:szCs w:val="18"/>
        </w:rPr>
        <w:t>º</w:t>
      </w:r>
      <w:r w:rsidRPr="00187750">
        <w:rPr>
          <w:color w:val="505B6B"/>
          <w:szCs w:val="18"/>
        </w:rPr>
        <w:t xml:space="preserve"> 48.900/2026, a SGDI </w:t>
      </w:r>
      <w:proofErr w:type="spellStart"/>
      <w:r w:rsidRPr="00187750">
        <w:rPr>
          <w:color w:val="505B6B"/>
          <w:szCs w:val="18"/>
        </w:rPr>
        <w:t>atua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exclusivamente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como</w:t>
      </w:r>
      <w:proofErr w:type="spellEnd"/>
      <w:r w:rsidRPr="00187750">
        <w:rPr>
          <w:color w:val="505B6B"/>
          <w:szCs w:val="18"/>
        </w:rPr>
        <w:t xml:space="preserve"> </w:t>
      </w:r>
      <w:r w:rsidRPr="00187750">
        <w:rPr>
          <w:rFonts w:hint="cs"/>
          <w:color w:val="505B6B"/>
          <w:szCs w:val="18"/>
        </w:rPr>
        <w:t>ó</w:t>
      </w:r>
      <w:r w:rsidRPr="00187750">
        <w:rPr>
          <w:color w:val="505B6B"/>
          <w:szCs w:val="18"/>
        </w:rPr>
        <w:t>rg</w:t>
      </w:r>
      <w:r w:rsidRPr="00187750">
        <w:rPr>
          <w:rFonts w:hint="cs"/>
          <w:color w:val="505B6B"/>
          <w:szCs w:val="18"/>
        </w:rPr>
        <w:t>ã</w:t>
      </w:r>
      <w:r w:rsidRPr="00187750">
        <w:rPr>
          <w:color w:val="505B6B"/>
          <w:szCs w:val="18"/>
        </w:rPr>
        <w:t xml:space="preserve">o central de </w:t>
      </w:r>
      <w:proofErr w:type="spellStart"/>
      <w:r w:rsidRPr="00187750">
        <w:rPr>
          <w:color w:val="505B6B"/>
          <w:szCs w:val="18"/>
        </w:rPr>
        <w:t>governan</w:t>
      </w:r>
      <w:r w:rsidRPr="00187750">
        <w:rPr>
          <w:rFonts w:hint="cs"/>
          <w:color w:val="505B6B"/>
          <w:szCs w:val="18"/>
        </w:rPr>
        <w:t>ç</w:t>
      </w:r>
      <w:r w:rsidRPr="00187750">
        <w:rPr>
          <w:color w:val="505B6B"/>
          <w:szCs w:val="18"/>
        </w:rPr>
        <w:t>a</w:t>
      </w:r>
      <w:proofErr w:type="spellEnd"/>
      <w:r w:rsidRPr="00187750">
        <w:rPr>
          <w:color w:val="505B6B"/>
          <w:szCs w:val="18"/>
        </w:rPr>
        <w:t xml:space="preserve">, </w:t>
      </w:r>
      <w:proofErr w:type="spellStart"/>
      <w:r w:rsidRPr="00187750">
        <w:rPr>
          <w:color w:val="505B6B"/>
          <w:szCs w:val="18"/>
        </w:rPr>
        <w:t>normatiza</w:t>
      </w:r>
      <w:r w:rsidRPr="00187750">
        <w:rPr>
          <w:rFonts w:hint="cs"/>
          <w:color w:val="505B6B"/>
          <w:szCs w:val="18"/>
        </w:rPr>
        <w:t>çã</w:t>
      </w:r>
      <w:r w:rsidRPr="00187750">
        <w:rPr>
          <w:color w:val="505B6B"/>
          <w:szCs w:val="18"/>
        </w:rPr>
        <w:t>o</w:t>
      </w:r>
      <w:proofErr w:type="spellEnd"/>
      <w:r w:rsidRPr="00187750">
        <w:rPr>
          <w:color w:val="505B6B"/>
          <w:szCs w:val="18"/>
        </w:rPr>
        <w:t xml:space="preserve"> e </w:t>
      </w:r>
      <w:proofErr w:type="spellStart"/>
      <w:r w:rsidRPr="00187750">
        <w:rPr>
          <w:color w:val="505B6B"/>
          <w:szCs w:val="18"/>
        </w:rPr>
        <w:t>supervis</w:t>
      </w:r>
      <w:r w:rsidRPr="00187750">
        <w:rPr>
          <w:rFonts w:hint="cs"/>
          <w:color w:val="505B6B"/>
          <w:szCs w:val="18"/>
        </w:rPr>
        <w:t>ã</w:t>
      </w:r>
      <w:r w:rsidRPr="00187750">
        <w:rPr>
          <w:color w:val="505B6B"/>
          <w:szCs w:val="18"/>
        </w:rPr>
        <w:t>o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cont</w:t>
      </w:r>
      <w:r w:rsidRPr="00187750">
        <w:rPr>
          <w:rFonts w:hint="cs"/>
          <w:color w:val="505B6B"/>
          <w:szCs w:val="18"/>
        </w:rPr>
        <w:t>í</w:t>
      </w:r>
      <w:r w:rsidRPr="00187750">
        <w:rPr>
          <w:color w:val="505B6B"/>
          <w:szCs w:val="18"/>
        </w:rPr>
        <w:t>nua</w:t>
      </w:r>
      <w:proofErr w:type="spellEnd"/>
      <w:r w:rsidRPr="00187750">
        <w:rPr>
          <w:color w:val="505B6B"/>
          <w:szCs w:val="18"/>
        </w:rPr>
        <w:t xml:space="preserve">, </w:t>
      </w:r>
      <w:proofErr w:type="spellStart"/>
      <w:r w:rsidRPr="00187750">
        <w:rPr>
          <w:color w:val="505B6B"/>
          <w:szCs w:val="18"/>
        </w:rPr>
        <w:t>n</w:t>
      </w:r>
      <w:r w:rsidRPr="00187750">
        <w:rPr>
          <w:rFonts w:hint="cs"/>
          <w:color w:val="505B6B"/>
          <w:szCs w:val="18"/>
        </w:rPr>
        <w:t>ã</w:t>
      </w:r>
      <w:r w:rsidRPr="00187750">
        <w:rPr>
          <w:color w:val="505B6B"/>
          <w:szCs w:val="18"/>
        </w:rPr>
        <w:t>o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assumindo</w:t>
      </w:r>
      <w:proofErr w:type="spellEnd"/>
      <w:r w:rsidRPr="00187750">
        <w:rPr>
          <w:color w:val="505B6B"/>
          <w:szCs w:val="18"/>
        </w:rPr>
        <w:t xml:space="preserve"> a </w:t>
      </w:r>
      <w:proofErr w:type="spellStart"/>
      <w:r w:rsidRPr="00187750">
        <w:rPr>
          <w:color w:val="505B6B"/>
          <w:szCs w:val="18"/>
        </w:rPr>
        <w:t>instru</w:t>
      </w:r>
      <w:r w:rsidRPr="00187750">
        <w:rPr>
          <w:rFonts w:hint="cs"/>
          <w:color w:val="505B6B"/>
          <w:szCs w:val="18"/>
        </w:rPr>
        <w:t>çã</w:t>
      </w:r>
      <w:r w:rsidRPr="00187750">
        <w:rPr>
          <w:color w:val="505B6B"/>
          <w:szCs w:val="18"/>
        </w:rPr>
        <w:t>o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interna</w:t>
      </w:r>
      <w:proofErr w:type="spellEnd"/>
      <w:r w:rsidRPr="00187750">
        <w:rPr>
          <w:color w:val="505B6B"/>
          <w:szCs w:val="18"/>
        </w:rPr>
        <w:t xml:space="preserve">, a </w:t>
      </w:r>
      <w:proofErr w:type="spellStart"/>
      <w:r w:rsidRPr="00187750">
        <w:rPr>
          <w:color w:val="505B6B"/>
          <w:szCs w:val="18"/>
        </w:rPr>
        <w:t>condu</w:t>
      </w:r>
      <w:r w:rsidRPr="00187750">
        <w:rPr>
          <w:rFonts w:hint="cs"/>
          <w:color w:val="505B6B"/>
          <w:szCs w:val="18"/>
        </w:rPr>
        <w:t>çã</w:t>
      </w:r>
      <w:r w:rsidRPr="00187750">
        <w:rPr>
          <w:color w:val="505B6B"/>
          <w:szCs w:val="18"/>
        </w:rPr>
        <w:t>o</w:t>
      </w:r>
      <w:proofErr w:type="spellEnd"/>
      <w:r w:rsidRPr="00187750">
        <w:rPr>
          <w:color w:val="505B6B"/>
          <w:szCs w:val="18"/>
        </w:rPr>
        <w:t xml:space="preserve"> do </w:t>
      </w:r>
      <w:proofErr w:type="spellStart"/>
      <w:r w:rsidRPr="00187750">
        <w:rPr>
          <w:color w:val="505B6B"/>
          <w:szCs w:val="18"/>
        </w:rPr>
        <w:t>certame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licitat</w:t>
      </w:r>
      <w:r w:rsidRPr="00187750">
        <w:rPr>
          <w:rFonts w:hint="cs"/>
          <w:color w:val="505B6B"/>
          <w:szCs w:val="18"/>
        </w:rPr>
        <w:t>ó</w:t>
      </w:r>
      <w:r w:rsidRPr="00187750">
        <w:rPr>
          <w:color w:val="505B6B"/>
          <w:szCs w:val="18"/>
        </w:rPr>
        <w:t>rio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ou</w:t>
      </w:r>
      <w:proofErr w:type="spellEnd"/>
      <w:r w:rsidRPr="00187750">
        <w:rPr>
          <w:color w:val="505B6B"/>
          <w:szCs w:val="18"/>
        </w:rPr>
        <w:t xml:space="preserve"> a </w:t>
      </w:r>
      <w:proofErr w:type="spellStart"/>
      <w:r w:rsidRPr="00187750">
        <w:rPr>
          <w:color w:val="505B6B"/>
          <w:szCs w:val="18"/>
        </w:rPr>
        <w:t>gest</w:t>
      </w:r>
      <w:r w:rsidRPr="00187750">
        <w:rPr>
          <w:rFonts w:hint="cs"/>
          <w:color w:val="505B6B"/>
          <w:szCs w:val="18"/>
        </w:rPr>
        <w:t>ã</w:t>
      </w:r>
      <w:r w:rsidRPr="00187750">
        <w:rPr>
          <w:color w:val="505B6B"/>
          <w:szCs w:val="18"/>
        </w:rPr>
        <w:t>o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direta</w:t>
      </w:r>
      <w:proofErr w:type="spellEnd"/>
      <w:r w:rsidRPr="00187750">
        <w:rPr>
          <w:color w:val="505B6B"/>
          <w:szCs w:val="18"/>
        </w:rPr>
        <w:t xml:space="preserve"> de </w:t>
      </w:r>
      <w:proofErr w:type="spellStart"/>
      <w:r w:rsidRPr="00187750">
        <w:rPr>
          <w:color w:val="505B6B"/>
          <w:szCs w:val="18"/>
        </w:rPr>
        <w:t>contratos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setoriais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final</w:t>
      </w:r>
      <w:r w:rsidRPr="00187750">
        <w:rPr>
          <w:rFonts w:hint="cs"/>
          <w:color w:val="505B6B"/>
          <w:szCs w:val="18"/>
        </w:rPr>
        <w:t>í</w:t>
      </w:r>
      <w:r w:rsidRPr="00187750">
        <w:rPr>
          <w:color w:val="505B6B"/>
          <w:szCs w:val="18"/>
        </w:rPr>
        <w:t>sticos</w:t>
      </w:r>
      <w:proofErr w:type="spellEnd"/>
      <w:r w:rsidRPr="00187750">
        <w:rPr>
          <w:color w:val="505B6B"/>
          <w:szCs w:val="18"/>
        </w:rPr>
        <w:t xml:space="preserve"> de </w:t>
      </w:r>
      <w:proofErr w:type="spellStart"/>
      <w:r w:rsidRPr="00187750">
        <w:rPr>
          <w:color w:val="505B6B"/>
          <w:szCs w:val="18"/>
        </w:rPr>
        <w:t>outras</w:t>
      </w:r>
      <w:proofErr w:type="spellEnd"/>
      <w:r w:rsidRPr="00187750">
        <w:rPr>
          <w:color w:val="505B6B"/>
          <w:szCs w:val="18"/>
        </w:rPr>
        <w:t xml:space="preserve"> pastas. A </w:t>
      </w:r>
      <w:proofErr w:type="spellStart"/>
      <w:r w:rsidRPr="00187750">
        <w:rPr>
          <w:color w:val="505B6B"/>
          <w:szCs w:val="18"/>
        </w:rPr>
        <w:t>submiss</w:t>
      </w:r>
      <w:r w:rsidRPr="00187750">
        <w:rPr>
          <w:rFonts w:hint="cs"/>
          <w:color w:val="505B6B"/>
          <w:szCs w:val="18"/>
        </w:rPr>
        <w:t>ã</w:t>
      </w:r>
      <w:r w:rsidRPr="00187750">
        <w:rPr>
          <w:color w:val="505B6B"/>
          <w:szCs w:val="18"/>
        </w:rPr>
        <w:t>o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deste</w:t>
      </w:r>
      <w:proofErr w:type="spellEnd"/>
      <w:r w:rsidRPr="00187750">
        <w:rPr>
          <w:color w:val="505B6B"/>
          <w:szCs w:val="18"/>
        </w:rPr>
        <w:t xml:space="preserve"> </w:t>
      </w:r>
      <w:proofErr w:type="spellStart"/>
      <w:r w:rsidRPr="00187750">
        <w:rPr>
          <w:color w:val="505B6B"/>
          <w:szCs w:val="18"/>
        </w:rPr>
        <w:t>formul</w:t>
      </w:r>
      <w:r w:rsidRPr="00187750">
        <w:rPr>
          <w:rFonts w:hint="cs"/>
          <w:color w:val="505B6B"/>
          <w:szCs w:val="18"/>
        </w:rPr>
        <w:t>á</w:t>
      </w:r>
      <w:r w:rsidRPr="00187750">
        <w:rPr>
          <w:color w:val="505B6B"/>
          <w:szCs w:val="18"/>
        </w:rPr>
        <w:t>rio</w:t>
      </w:r>
      <w:proofErr w:type="spellEnd"/>
      <w:r w:rsidRPr="00187750">
        <w:rPr>
          <w:color w:val="505B6B"/>
          <w:szCs w:val="18"/>
        </w:rPr>
        <w:t xml:space="preserve"> serve </w:t>
      </w:r>
      <w:proofErr w:type="spellStart"/>
      <w:r w:rsidRPr="00187750">
        <w:rPr>
          <w:color w:val="505B6B"/>
          <w:szCs w:val="18"/>
        </w:rPr>
        <w:t>como</w:t>
      </w:r>
      <w:proofErr w:type="spellEnd"/>
      <w:r w:rsidRPr="00187750">
        <w:rPr>
          <w:color w:val="505B6B"/>
          <w:szCs w:val="18"/>
        </w:rPr>
        <w:t xml:space="preserve"> canal </w:t>
      </w:r>
      <w:proofErr w:type="spellStart"/>
      <w:r w:rsidRPr="00187750">
        <w:rPr>
          <w:color w:val="505B6B"/>
          <w:szCs w:val="18"/>
        </w:rPr>
        <w:t>regulamentar</w:t>
      </w:r>
      <w:proofErr w:type="spellEnd"/>
      <w:r w:rsidRPr="00187750">
        <w:rPr>
          <w:color w:val="505B6B"/>
          <w:szCs w:val="18"/>
        </w:rPr>
        <w:t xml:space="preserve"> para o regime de </w:t>
      </w:r>
      <w:proofErr w:type="spellStart"/>
      <w:r w:rsidRPr="00187750">
        <w:rPr>
          <w:color w:val="505B6B"/>
          <w:szCs w:val="18"/>
        </w:rPr>
        <w:t>monitoramento</w:t>
      </w:r>
      <w:proofErr w:type="spellEnd"/>
      <w:r w:rsidRPr="00187750">
        <w:rPr>
          <w:color w:val="505B6B"/>
          <w:szCs w:val="18"/>
        </w:rPr>
        <w:t xml:space="preserve"> do </w:t>
      </w:r>
      <w:proofErr w:type="spellStart"/>
      <w:r w:rsidRPr="00187750">
        <w:rPr>
          <w:color w:val="505B6B"/>
          <w:szCs w:val="18"/>
        </w:rPr>
        <w:t>portf</w:t>
      </w:r>
      <w:r w:rsidRPr="00187750">
        <w:rPr>
          <w:rFonts w:hint="cs"/>
          <w:color w:val="505B6B"/>
          <w:szCs w:val="18"/>
        </w:rPr>
        <w:t>ó</w:t>
      </w:r>
      <w:r w:rsidRPr="00187750">
        <w:rPr>
          <w:color w:val="505B6B"/>
          <w:szCs w:val="18"/>
        </w:rPr>
        <w:t>lio</w:t>
      </w:r>
      <w:proofErr w:type="spellEnd"/>
      <w:r w:rsidRPr="00187750">
        <w:rPr>
          <w:color w:val="505B6B"/>
          <w:szCs w:val="18"/>
        </w:rPr>
        <w:t xml:space="preserve"> de TIC do Distrito Federal.</w:t>
      </w:r>
    </w:p>
    <w:p w:rsidR="00187750" w:rsidRPr="00187750" w:rsidRDefault="00187750">
      <w:pPr>
        <w:rPr>
          <w:rFonts w:hint="eastAsia"/>
          <w:color w:val="000000" w:themeColor="text1"/>
          <w:szCs w:val="18"/>
        </w:rPr>
      </w:pPr>
      <w:r w:rsidRPr="00187750">
        <w:rPr>
          <w:color w:val="000000" w:themeColor="text1"/>
          <w:szCs w:val="18"/>
        </w:rPr>
        <w:t xml:space="preserve">O </w:t>
      </w:r>
      <w:r w:rsidRPr="00187750">
        <w:rPr>
          <w:rFonts w:hint="cs"/>
          <w:color w:val="000000" w:themeColor="text1"/>
          <w:szCs w:val="18"/>
        </w:rPr>
        <w:t>ó</w:t>
      </w:r>
      <w:r w:rsidRPr="00187750">
        <w:rPr>
          <w:color w:val="000000" w:themeColor="text1"/>
          <w:szCs w:val="18"/>
        </w:rPr>
        <w:t>rg</w:t>
      </w:r>
      <w:r w:rsidRPr="00187750">
        <w:rPr>
          <w:rFonts w:hint="cs"/>
          <w:color w:val="000000" w:themeColor="text1"/>
          <w:szCs w:val="18"/>
        </w:rPr>
        <w:t>ã</w:t>
      </w:r>
      <w:r w:rsidRPr="00187750">
        <w:rPr>
          <w:color w:val="000000" w:themeColor="text1"/>
          <w:szCs w:val="18"/>
        </w:rPr>
        <w:t xml:space="preserve">o solicitante </w:t>
      </w:r>
      <w:proofErr w:type="spellStart"/>
      <w:r w:rsidRPr="00187750">
        <w:rPr>
          <w:color w:val="000000" w:themeColor="text1"/>
          <w:szCs w:val="18"/>
        </w:rPr>
        <w:t>declara</w:t>
      </w:r>
      <w:proofErr w:type="spellEnd"/>
      <w:r w:rsidRPr="00187750">
        <w:rPr>
          <w:color w:val="000000" w:themeColor="text1"/>
          <w:szCs w:val="18"/>
        </w:rPr>
        <w:t xml:space="preserve">, sob as </w:t>
      </w:r>
      <w:proofErr w:type="spellStart"/>
      <w:r w:rsidRPr="00187750">
        <w:rPr>
          <w:color w:val="000000" w:themeColor="text1"/>
          <w:szCs w:val="18"/>
        </w:rPr>
        <w:t>penalidades</w:t>
      </w:r>
      <w:proofErr w:type="spellEnd"/>
      <w:r w:rsidRPr="00187750">
        <w:rPr>
          <w:color w:val="000000" w:themeColor="text1"/>
          <w:szCs w:val="18"/>
        </w:rPr>
        <w:t xml:space="preserve"> </w:t>
      </w:r>
      <w:proofErr w:type="spellStart"/>
      <w:r w:rsidRPr="00187750">
        <w:rPr>
          <w:color w:val="000000" w:themeColor="text1"/>
          <w:szCs w:val="18"/>
        </w:rPr>
        <w:t>previstas</w:t>
      </w:r>
      <w:proofErr w:type="spellEnd"/>
      <w:r w:rsidRPr="00187750">
        <w:rPr>
          <w:color w:val="000000" w:themeColor="text1"/>
          <w:szCs w:val="18"/>
        </w:rPr>
        <w:t xml:space="preserve"> </w:t>
      </w:r>
      <w:proofErr w:type="spellStart"/>
      <w:r w:rsidRPr="00187750">
        <w:rPr>
          <w:color w:val="000000" w:themeColor="text1"/>
          <w:szCs w:val="18"/>
        </w:rPr>
        <w:t>em</w:t>
      </w:r>
      <w:proofErr w:type="spellEnd"/>
      <w:r w:rsidRPr="00187750">
        <w:rPr>
          <w:color w:val="000000" w:themeColor="text1"/>
          <w:szCs w:val="18"/>
        </w:rPr>
        <w:t xml:space="preserve"> lei, que:</w:t>
      </w:r>
    </w:p>
    <w:p w:rsidR="00D625AF" w:rsidRDefault="00187750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D</w:t>
      </w:r>
      <w:r w:rsidRPr="00187750">
        <w:t>isp</w:t>
      </w:r>
      <w:r w:rsidRPr="00187750">
        <w:rPr>
          <w:rFonts w:hint="cs"/>
        </w:rPr>
        <w:t>õ</w:t>
      </w:r>
      <w:r w:rsidRPr="00187750">
        <w:t>e</w:t>
      </w:r>
      <w:proofErr w:type="spellEnd"/>
      <w:r w:rsidRPr="00187750">
        <w:t xml:space="preserve"> de </w:t>
      </w:r>
      <w:proofErr w:type="spellStart"/>
      <w:r w:rsidRPr="00187750">
        <w:t>equipe</w:t>
      </w:r>
      <w:proofErr w:type="spellEnd"/>
      <w:r w:rsidRPr="00187750">
        <w:t xml:space="preserve"> </w:t>
      </w:r>
      <w:proofErr w:type="spellStart"/>
      <w:r w:rsidRPr="00187750">
        <w:t>t</w:t>
      </w:r>
      <w:r w:rsidRPr="00187750">
        <w:rPr>
          <w:rFonts w:hint="cs"/>
        </w:rPr>
        <w:t>é</w:t>
      </w:r>
      <w:r w:rsidRPr="00187750">
        <w:t>cnica</w:t>
      </w:r>
      <w:proofErr w:type="spellEnd"/>
      <w:r w:rsidRPr="00187750">
        <w:t xml:space="preserve"> </w:t>
      </w:r>
      <w:proofErr w:type="spellStart"/>
      <w:r w:rsidRPr="00187750">
        <w:t>pr</w:t>
      </w:r>
      <w:r w:rsidRPr="00187750">
        <w:rPr>
          <w:rFonts w:hint="cs"/>
        </w:rPr>
        <w:t>ó</w:t>
      </w:r>
      <w:r w:rsidRPr="00187750">
        <w:t>pria</w:t>
      </w:r>
      <w:proofErr w:type="spellEnd"/>
      <w:r w:rsidRPr="00187750">
        <w:t xml:space="preserve"> </w:t>
      </w:r>
      <w:proofErr w:type="spellStart"/>
      <w:r w:rsidRPr="00187750">
        <w:t>respons</w:t>
      </w:r>
      <w:r w:rsidRPr="00187750">
        <w:rPr>
          <w:rFonts w:hint="cs"/>
        </w:rPr>
        <w:t>á</w:t>
      </w:r>
      <w:r w:rsidRPr="00187750">
        <w:t>vel</w:t>
      </w:r>
      <w:proofErr w:type="spellEnd"/>
      <w:r w:rsidRPr="00187750">
        <w:t xml:space="preserve"> </w:t>
      </w:r>
      <w:proofErr w:type="spellStart"/>
      <w:r w:rsidRPr="00187750">
        <w:t>pelo</w:t>
      </w:r>
      <w:proofErr w:type="spellEnd"/>
      <w:r w:rsidRPr="00187750">
        <w:t xml:space="preserve"> </w:t>
      </w:r>
      <w:proofErr w:type="spellStart"/>
      <w:r w:rsidRPr="00187750">
        <w:t>planejamento</w:t>
      </w:r>
      <w:proofErr w:type="spellEnd"/>
      <w:r w:rsidRPr="00187750">
        <w:t xml:space="preserve"> da </w:t>
      </w:r>
      <w:proofErr w:type="spellStart"/>
      <w:r w:rsidRPr="00187750">
        <w:t>contrata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 xml:space="preserve">, pela </w:t>
      </w:r>
      <w:proofErr w:type="spellStart"/>
      <w:r w:rsidRPr="00187750">
        <w:t>instru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 xml:space="preserve"> processual e pela </w:t>
      </w:r>
      <w:proofErr w:type="spellStart"/>
      <w:r w:rsidRPr="00187750">
        <w:t>gest</w:t>
      </w:r>
      <w:r w:rsidRPr="00187750">
        <w:rPr>
          <w:rFonts w:hint="cs"/>
        </w:rPr>
        <w:t>ã</w:t>
      </w:r>
      <w:r w:rsidRPr="00187750">
        <w:t>o</w:t>
      </w:r>
      <w:proofErr w:type="spellEnd"/>
      <w:r w:rsidRPr="00187750">
        <w:t xml:space="preserve"> e </w:t>
      </w:r>
      <w:proofErr w:type="spellStart"/>
      <w:r w:rsidRPr="00187750">
        <w:t>fiscaliza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 xml:space="preserve"> </w:t>
      </w:r>
      <w:proofErr w:type="spellStart"/>
      <w:r w:rsidRPr="00187750">
        <w:t>contratual</w:t>
      </w:r>
      <w:proofErr w:type="spellEnd"/>
      <w:r w:rsidRPr="00187750">
        <w:t xml:space="preserve">, </w:t>
      </w:r>
      <w:proofErr w:type="spellStart"/>
      <w:r w:rsidRPr="00187750">
        <w:t>incluindo</w:t>
      </w:r>
      <w:proofErr w:type="spellEnd"/>
      <w:r w:rsidRPr="00187750">
        <w:t xml:space="preserve"> a </w:t>
      </w:r>
      <w:proofErr w:type="spellStart"/>
      <w:r w:rsidRPr="00187750">
        <w:t>elabora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 xml:space="preserve"> do </w:t>
      </w:r>
      <w:proofErr w:type="spellStart"/>
      <w:r w:rsidRPr="00187750">
        <w:t>Estudo</w:t>
      </w:r>
      <w:proofErr w:type="spellEnd"/>
      <w:r w:rsidRPr="00187750">
        <w:t xml:space="preserve"> </w:t>
      </w:r>
      <w:proofErr w:type="spellStart"/>
      <w:r w:rsidRPr="00187750">
        <w:t>T</w:t>
      </w:r>
      <w:r w:rsidRPr="00187750">
        <w:rPr>
          <w:rFonts w:hint="cs"/>
        </w:rPr>
        <w:t>é</w:t>
      </w:r>
      <w:r w:rsidRPr="00187750">
        <w:t>cnico</w:t>
      </w:r>
      <w:proofErr w:type="spellEnd"/>
      <w:r w:rsidRPr="00187750">
        <w:t xml:space="preserve"> </w:t>
      </w:r>
      <w:proofErr w:type="spellStart"/>
      <w:r w:rsidRPr="00187750">
        <w:t>Preliminar</w:t>
      </w:r>
      <w:proofErr w:type="spellEnd"/>
      <w:r w:rsidRPr="00187750">
        <w:t xml:space="preserve">, do </w:t>
      </w:r>
      <w:proofErr w:type="spellStart"/>
      <w:r w:rsidRPr="00187750">
        <w:t>Termo</w:t>
      </w:r>
      <w:proofErr w:type="spellEnd"/>
      <w:r w:rsidRPr="00187750">
        <w:t xml:space="preserve"> de </w:t>
      </w:r>
      <w:proofErr w:type="spellStart"/>
      <w:r w:rsidRPr="00187750">
        <w:t>Refer</w:t>
      </w:r>
      <w:r w:rsidRPr="00187750">
        <w:rPr>
          <w:rFonts w:hint="cs"/>
        </w:rPr>
        <w:t>ê</w:t>
      </w:r>
      <w:r w:rsidRPr="00187750">
        <w:t>ncia</w:t>
      </w:r>
      <w:proofErr w:type="spellEnd"/>
      <w:r w:rsidRPr="00187750">
        <w:t xml:space="preserve"> e dos </w:t>
      </w:r>
      <w:proofErr w:type="spellStart"/>
      <w:r w:rsidRPr="00187750">
        <w:t>demais</w:t>
      </w:r>
      <w:proofErr w:type="spellEnd"/>
      <w:r w:rsidRPr="00187750">
        <w:t xml:space="preserve"> </w:t>
      </w:r>
      <w:proofErr w:type="spellStart"/>
      <w:r w:rsidRPr="00187750">
        <w:t>documentos</w:t>
      </w:r>
      <w:proofErr w:type="spellEnd"/>
      <w:r w:rsidRPr="00187750">
        <w:t xml:space="preserve"> </w:t>
      </w:r>
      <w:proofErr w:type="spellStart"/>
      <w:r w:rsidRPr="00187750">
        <w:t>exigidos</w:t>
      </w:r>
      <w:proofErr w:type="spellEnd"/>
      <w:r w:rsidRPr="00187750">
        <w:t xml:space="preserve"> pela Lei n</w:t>
      </w:r>
      <w:r w:rsidRPr="00187750">
        <w:rPr>
          <w:rFonts w:hint="cs"/>
        </w:rPr>
        <w:t>º</w:t>
      </w:r>
      <w:r w:rsidRPr="00187750">
        <w:t xml:space="preserve"> 14.133, de 1</w:t>
      </w:r>
      <w:r w:rsidRPr="00187750">
        <w:rPr>
          <w:rFonts w:hint="cs"/>
        </w:rPr>
        <w:t>º</w:t>
      </w:r>
      <w:r w:rsidRPr="00187750">
        <w:t xml:space="preserve"> de </w:t>
      </w:r>
      <w:proofErr w:type="spellStart"/>
      <w:r w:rsidRPr="00187750">
        <w:t>abril</w:t>
      </w:r>
      <w:proofErr w:type="spellEnd"/>
      <w:r w:rsidRPr="00187750">
        <w:t xml:space="preserve"> de 2021, e pela </w:t>
      </w:r>
      <w:proofErr w:type="spellStart"/>
      <w:r w:rsidRPr="00187750">
        <w:t>regulamenta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 xml:space="preserve"> </w:t>
      </w:r>
      <w:proofErr w:type="spellStart"/>
      <w:r w:rsidRPr="00187750">
        <w:t>aplic</w:t>
      </w:r>
      <w:r w:rsidRPr="00187750">
        <w:rPr>
          <w:rFonts w:hint="cs"/>
        </w:rPr>
        <w:t>á</w:t>
      </w:r>
      <w:r w:rsidRPr="00187750">
        <w:t>vel</w:t>
      </w:r>
      <w:proofErr w:type="spellEnd"/>
      <w:r w:rsidRPr="00187750">
        <w:t>;</w:t>
      </w:r>
    </w:p>
    <w:p w:rsidR="00D625AF" w:rsidRDefault="00187750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 w:rsidRPr="00187750">
        <w:t>Est</w:t>
      </w:r>
      <w:r w:rsidRPr="00187750">
        <w:rPr>
          <w:rFonts w:hint="cs"/>
        </w:rPr>
        <w:t>á</w:t>
      </w:r>
      <w:proofErr w:type="spellEnd"/>
      <w:r w:rsidRPr="00187750">
        <w:t xml:space="preserve"> </w:t>
      </w:r>
      <w:proofErr w:type="spellStart"/>
      <w:r w:rsidRPr="00187750">
        <w:t>ciente</w:t>
      </w:r>
      <w:proofErr w:type="spellEnd"/>
      <w:r w:rsidRPr="00187750">
        <w:t xml:space="preserve"> de que a SGDI </w:t>
      </w:r>
      <w:proofErr w:type="spellStart"/>
      <w:r w:rsidRPr="00187750">
        <w:t>exercer</w:t>
      </w:r>
      <w:r w:rsidRPr="00187750">
        <w:rPr>
          <w:rFonts w:hint="cs"/>
        </w:rPr>
        <w:t>á</w:t>
      </w:r>
      <w:proofErr w:type="spellEnd"/>
      <w:r w:rsidRPr="00187750">
        <w:t xml:space="preserve">, </w:t>
      </w:r>
      <w:proofErr w:type="spellStart"/>
      <w:r w:rsidRPr="00187750">
        <w:t>sobre</w:t>
      </w:r>
      <w:proofErr w:type="spellEnd"/>
      <w:r w:rsidRPr="00187750">
        <w:t xml:space="preserve"> a </w:t>
      </w:r>
      <w:proofErr w:type="spellStart"/>
      <w:r w:rsidRPr="00187750">
        <w:t>contrata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 xml:space="preserve"> </w:t>
      </w:r>
      <w:proofErr w:type="spellStart"/>
      <w:r w:rsidRPr="00187750">
        <w:t>comunicada</w:t>
      </w:r>
      <w:proofErr w:type="spellEnd"/>
      <w:r w:rsidRPr="00187750">
        <w:t xml:space="preserve">, o regime de </w:t>
      </w:r>
      <w:proofErr w:type="spellStart"/>
      <w:r w:rsidRPr="00187750">
        <w:t>supervis</w:t>
      </w:r>
      <w:r w:rsidRPr="00187750">
        <w:rPr>
          <w:rFonts w:hint="cs"/>
        </w:rPr>
        <w:t>ã</w:t>
      </w:r>
      <w:r w:rsidRPr="00187750">
        <w:t>o</w:t>
      </w:r>
      <w:proofErr w:type="spellEnd"/>
      <w:r w:rsidRPr="00187750">
        <w:t xml:space="preserve"> </w:t>
      </w:r>
      <w:proofErr w:type="spellStart"/>
      <w:r w:rsidRPr="00187750">
        <w:t>cont</w:t>
      </w:r>
      <w:r w:rsidRPr="00187750">
        <w:rPr>
          <w:rFonts w:hint="cs"/>
        </w:rPr>
        <w:t>í</w:t>
      </w:r>
      <w:r w:rsidRPr="00187750">
        <w:t>nua</w:t>
      </w:r>
      <w:proofErr w:type="spellEnd"/>
      <w:r w:rsidRPr="00187750">
        <w:t xml:space="preserve"> </w:t>
      </w:r>
      <w:proofErr w:type="spellStart"/>
      <w:r w:rsidRPr="00187750">
        <w:t>previsto</w:t>
      </w:r>
      <w:proofErr w:type="spellEnd"/>
      <w:r w:rsidRPr="00187750">
        <w:t xml:space="preserve"> </w:t>
      </w:r>
      <w:proofErr w:type="spellStart"/>
      <w:r w:rsidRPr="00187750">
        <w:t>nos</w:t>
      </w:r>
      <w:proofErr w:type="spellEnd"/>
      <w:r w:rsidRPr="00187750">
        <w:t xml:space="preserve"> arts. 5</w:t>
      </w:r>
      <w:r w:rsidRPr="00187750">
        <w:rPr>
          <w:rFonts w:hint="cs"/>
        </w:rPr>
        <w:t>º</w:t>
      </w:r>
      <w:r w:rsidRPr="00187750">
        <w:t xml:space="preserve"> a 7</w:t>
      </w:r>
      <w:r w:rsidRPr="00187750">
        <w:rPr>
          <w:rFonts w:hint="cs"/>
        </w:rPr>
        <w:t>º</w:t>
      </w:r>
      <w:r w:rsidRPr="00187750">
        <w:t xml:space="preserve"> do </w:t>
      </w:r>
      <w:proofErr w:type="spellStart"/>
      <w:r w:rsidRPr="00187750">
        <w:t>Decreto</w:t>
      </w:r>
      <w:proofErr w:type="spellEnd"/>
      <w:r w:rsidRPr="00187750">
        <w:t xml:space="preserve"> n</w:t>
      </w:r>
      <w:r w:rsidRPr="00187750">
        <w:rPr>
          <w:rFonts w:hint="cs"/>
        </w:rPr>
        <w:t>º</w:t>
      </w:r>
      <w:r w:rsidRPr="00187750">
        <w:t xml:space="preserve"> 48.899, de 3 de </w:t>
      </w:r>
      <w:proofErr w:type="spellStart"/>
      <w:r w:rsidRPr="00187750">
        <w:t>julho</w:t>
      </w:r>
      <w:proofErr w:type="spellEnd"/>
      <w:r w:rsidRPr="00187750">
        <w:t xml:space="preserve"> de 2026, </w:t>
      </w:r>
      <w:proofErr w:type="spellStart"/>
      <w:r w:rsidRPr="00187750">
        <w:t>sem</w:t>
      </w:r>
      <w:proofErr w:type="spellEnd"/>
      <w:r w:rsidRPr="00187750">
        <w:t xml:space="preserve"> </w:t>
      </w:r>
      <w:proofErr w:type="spellStart"/>
      <w:r w:rsidRPr="00187750">
        <w:t>substituir</w:t>
      </w:r>
      <w:proofErr w:type="spellEnd"/>
      <w:r w:rsidRPr="00187750">
        <w:t xml:space="preserve"> as </w:t>
      </w:r>
      <w:proofErr w:type="spellStart"/>
      <w:r w:rsidRPr="00187750">
        <w:t>compet</w:t>
      </w:r>
      <w:r w:rsidRPr="00187750">
        <w:rPr>
          <w:rFonts w:hint="cs"/>
        </w:rPr>
        <w:t>ê</w:t>
      </w:r>
      <w:r w:rsidRPr="00187750">
        <w:t>ncias</w:t>
      </w:r>
      <w:proofErr w:type="spellEnd"/>
      <w:r w:rsidRPr="00187750">
        <w:t xml:space="preserve"> e as </w:t>
      </w:r>
      <w:proofErr w:type="spellStart"/>
      <w:r w:rsidRPr="00187750">
        <w:t>responsabilidades</w:t>
      </w:r>
      <w:proofErr w:type="spellEnd"/>
      <w:r w:rsidRPr="00187750">
        <w:t xml:space="preserve"> do </w:t>
      </w:r>
      <w:r w:rsidRPr="00187750">
        <w:rPr>
          <w:rFonts w:hint="cs"/>
        </w:rPr>
        <w:t>ó</w:t>
      </w:r>
      <w:r w:rsidRPr="00187750">
        <w:t>rg</w:t>
      </w:r>
      <w:r w:rsidRPr="00187750">
        <w:rPr>
          <w:rFonts w:hint="cs"/>
        </w:rPr>
        <w:t>ã</w:t>
      </w:r>
      <w:r w:rsidRPr="00187750">
        <w:t xml:space="preserve">o </w:t>
      </w:r>
      <w:proofErr w:type="spellStart"/>
      <w:r w:rsidRPr="00187750">
        <w:t>ou</w:t>
      </w:r>
      <w:proofErr w:type="spellEnd"/>
      <w:r w:rsidRPr="00187750">
        <w:t xml:space="preserve"> da </w:t>
      </w:r>
      <w:proofErr w:type="spellStart"/>
      <w:r w:rsidRPr="00187750">
        <w:t>entidade</w:t>
      </w:r>
      <w:proofErr w:type="spellEnd"/>
      <w:r w:rsidRPr="00187750">
        <w:t xml:space="preserve"> </w:t>
      </w:r>
      <w:proofErr w:type="spellStart"/>
      <w:r w:rsidRPr="00187750">
        <w:t>quanto</w:t>
      </w:r>
      <w:proofErr w:type="spellEnd"/>
      <w:r w:rsidRPr="00187750">
        <w:t xml:space="preserve"> </w:t>
      </w:r>
      <w:proofErr w:type="spellStart"/>
      <w:r w:rsidRPr="00187750">
        <w:t>ao</w:t>
      </w:r>
      <w:proofErr w:type="spellEnd"/>
      <w:r w:rsidRPr="00187750">
        <w:t xml:space="preserve"> </w:t>
      </w:r>
      <w:proofErr w:type="spellStart"/>
      <w:r w:rsidRPr="00187750">
        <w:t>planejamento</w:t>
      </w:r>
      <w:proofErr w:type="spellEnd"/>
      <w:r w:rsidRPr="00187750">
        <w:t xml:space="preserve">, </w:t>
      </w:r>
      <w:r w:rsidRPr="00187750">
        <w:rPr>
          <w:rFonts w:hint="cs"/>
        </w:rPr>
        <w:t>à</w:t>
      </w:r>
      <w:r w:rsidRPr="00187750">
        <w:t xml:space="preserve"> </w:t>
      </w:r>
      <w:proofErr w:type="spellStart"/>
      <w:r w:rsidRPr="00187750">
        <w:t>instru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 xml:space="preserve">, </w:t>
      </w:r>
      <w:r w:rsidRPr="00187750">
        <w:rPr>
          <w:rFonts w:hint="cs"/>
        </w:rPr>
        <w:t>à</w:t>
      </w:r>
      <w:r w:rsidRPr="00187750">
        <w:t xml:space="preserve"> </w:t>
      </w:r>
      <w:proofErr w:type="spellStart"/>
      <w:r w:rsidRPr="00187750">
        <w:t>gest</w:t>
      </w:r>
      <w:r w:rsidRPr="00187750">
        <w:rPr>
          <w:rFonts w:hint="cs"/>
        </w:rPr>
        <w:t>ã</w:t>
      </w:r>
      <w:r w:rsidRPr="00187750">
        <w:t>o</w:t>
      </w:r>
      <w:proofErr w:type="spellEnd"/>
      <w:r w:rsidRPr="00187750">
        <w:t xml:space="preserve"> e </w:t>
      </w:r>
      <w:r w:rsidRPr="00187750">
        <w:rPr>
          <w:rFonts w:hint="cs"/>
        </w:rPr>
        <w:t>à</w:t>
      </w:r>
      <w:r w:rsidRPr="00187750">
        <w:t xml:space="preserve"> </w:t>
      </w:r>
      <w:proofErr w:type="spellStart"/>
      <w:r w:rsidRPr="00187750">
        <w:t>fiscaliza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 xml:space="preserve"> da </w:t>
      </w:r>
      <w:proofErr w:type="spellStart"/>
      <w:r w:rsidRPr="00187750">
        <w:t>contrata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>;</w:t>
      </w:r>
    </w:p>
    <w:p w:rsidR="00D625AF" w:rsidRDefault="00187750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rPr>
          <w:b/>
        </w:rPr>
        <w:t>C</w:t>
      </w:r>
      <w:r w:rsidRPr="00187750">
        <w:t>ompromete</w:t>
      </w:r>
      <w:proofErr w:type="spellEnd"/>
      <w:r w:rsidRPr="00187750">
        <w:t>-</w:t>
      </w:r>
      <w:proofErr w:type="spellStart"/>
      <w:r w:rsidRPr="00187750">
        <w:t>se a</w:t>
      </w:r>
      <w:proofErr w:type="spellEnd"/>
      <w:r w:rsidRPr="00187750">
        <w:t xml:space="preserve"> </w:t>
      </w:r>
      <w:proofErr w:type="spellStart"/>
      <w:r w:rsidRPr="00187750">
        <w:t>observar</w:t>
      </w:r>
      <w:proofErr w:type="spellEnd"/>
      <w:r w:rsidRPr="00187750">
        <w:t xml:space="preserve"> as </w:t>
      </w:r>
      <w:proofErr w:type="spellStart"/>
      <w:r w:rsidRPr="00187750">
        <w:t>diretrizes</w:t>
      </w:r>
      <w:proofErr w:type="spellEnd"/>
      <w:r w:rsidRPr="00187750">
        <w:t xml:space="preserve"> de </w:t>
      </w:r>
      <w:proofErr w:type="spellStart"/>
      <w:r w:rsidRPr="00187750">
        <w:t>arquitetura</w:t>
      </w:r>
      <w:proofErr w:type="spellEnd"/>
      <w:r w:rsidRPr="00187750">
        <w:t xml:space="preserve">, </w:t>
      </w:r>
      <w:proofErr w:type="spellStart"/>
      <w:r w:rsidRPr="00187750">
        <w:t>interoperabilidade</w:t>
      </w:r>
      <w:proofErr w:type="spellEnd"/>
      <w:r w:rsidRPr="00187750">
        <w:t xml:space="preserve">, </w:t>
      </w:r>
      <w:proofErr w:type="spellStart"/>
      <w:r w:rsidRPr="00187750">
        <w:t>seguran</w:t>
      </w:r>
      <w:r w:rsidRPr="00187750">
        <w:rPr>
          <w:rFonts w:hint="cs"/>
        </w:rPr>
        <w:t>ç</w:t>
      </w:r>
      <w:r w:rsidRPr="00187750">
        <w:t>a</w:t>
      </w:r>
      <w:proofErr w:type="spellEnd"/>
      <w:r w:rsidRPr="00187750">
        <w:t xml:space="preserve"> da </w:t>
      </w:r>
      <w:proofErr w:type="spellStart"/>
      <w:r w:rsidRPr="00187750">
        <w:t>informa</w:t>
      </w:r>
      <w:r w:rsidRPr="00187750">
        <w:rPr>
          <w:rFonts w:hint="cs"/>
        </w:rPr>
        <w:t>çã</w:t>
      </w:r>
      <w:r w:rsidRPr="00187750">
        <w:t>o</w:t>
      </w:r>
      <w:proofErr w:type="spellEnd"/>
      <w:r w:rsidRPr="00187750">
        <w:t xml:space="preserve"> e </w:t>
      </w:r>
      <w:proofErr w:type="spellStart"/>
      <w:r w:rsidRPr="00187750">
        <w:t>governan</w:t>
      </w:r>
      <w:r w:rsidRPr="00187750">
        <w:rPr>
          <w:rFonts w:hint="cs"/>
        </w:rPr>
        <w:t>ç</w:t>
      </w:r>
      <w:r w:rsidRPr="00187750">
        <w:t>a</w:t>
      </w:r>
      <w:proofErr w:type="spellEnd"/>
      <w:r w:rsidRPr="00187750">
        <w:t xml:space="preserve"> de dados </w:t>
      </w:r>
      <w:proofErr w:type="spellStart"/>
      <w:r w:rsidRPr="00187750">
        <w:t>definidas</w:t>
      </w:r>
      <w:proofErr w:type="spellEnd"/>
      <w:r w:rsidRPr="00187750">
        <w:t xml:space="preserve"> pela SGDI;</w:t>
      </w:r>
    </w:p>
    <w:p w:rsidR="00D625AF" w:rsidRDefault="00187750">
      <w:pPr>
        <w:ind w:left="288"/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E</w:t>
      </w:r>
      <w:r w:rsidRPr="00187750">
        <w:t>st</w:t>
      </w:r>
      <w:r w:rsidRPr="00187750">
        <w:rPr>
          <w:rFonts w:hint="cs"/>
        </w:rPr>
        <w:t>á</w:t>
      </w:r>
      <w:proofErr w:type="spellEnd"/>
      <w:r w:rsidRPr="00187750">
        <w:t xml:space="preserve"> </w:t>
      </w:r>
      <w:proofErr w:type="spellStart"/>
      <w:r w:rsidRPr="00187750">
        <w:t>ciente</w:t>
      </w:r>
      <w:proofErr w:type="spellEnd"/>
      <w:r w:rsidRPr="00187750">
        <w:t xml:space="preserve"> de que a SGDI </w:t>
      </w:r>
      <w:proofErr w:type="spellStart"/>
      <w:r w:rsidRPr="00187750">
        <w:t>poder</w:t>
      </w:r>
      <w:r w:rsidRPr="00187750">
        <w:rPr>
          <w:rFonts w:hint="cs"/>
        </w:rPr>
        <w:t>á</w:t>
      </w:r>
      <w:proofErr w:type="spellEnd"/>
      <w:r w:rsidRPr="00187750">
        <w:t xml:space="preserve"> </w:t>
      </w:r>
      <w:proofErr w:type="spellStart"/>
      <w:r w:rsidRPr="00187750">
        <w:t>solicitar</w:t>
      </w:r>
      <w:proofErr w:type="spellEnd"/>
      <w:r w:rsidRPr="00187750">
        <w:t xml:space="preserve"> </w:t>
      </w:r>
      <w:proofErr w:type="spellStart"/>
      <w:r w:rsidRPr="00187750">
        <w:t>documentos</w:t>
      </w:r>
      <w:proofErr w:type="spellEnd"/>
      <w:r w:rsidRPr="00187750">
        <w:t xml:space="preserve"> </w:t>
      </w:r>
      <w:proofErr w:type="spellStart"/>
      <w:r w:rsidRPr="00187750">
        <w:t>complementares</w:t>
      </w:r>
      <w:proofErr w:type="spellEnd"/>
      <w:r w:rsidRPr="00187750">
        <w:t xml:space="preserve"> </w:t>
      </w:r>
      <w:proofErr w:type="spellStart"/>
      <w:r w:rsidRPr="00187750">
        <w:t>ou</w:t>
      </w:r>
      <w:proofErr w:type="spellEnd"/>
      <w:r w:rsidRPr="00187750">
        <w:t xml:space="preserve"> </w:t>
      </w:r>
      <w:proofErr w:type="spellStart"/>
      <w:r w:rsidRPr="00187750">
        <w:t>realizar</w:t>
      </w:r>
      <w:proofErr w:type="spellEnd"/>
      <w:r w:rsidRPr="00187750">
        <w:t xml:space="preserve"> </w:t>
      </w:r>
      <w:proofErr w:type="spellStart"/>
      <w:r w:rsidRPr="00187750">
        <w:t>dilig</w:t>
      </w:r>
      <w:r w:rsidRPr="00187750">
        <w:rPr>
          <w:rFonts w:hint="cs"/>
        </w:rPr>
        <w:t>ê</w:t>
      </w:r>
      <w:r w:rsidRPr="00187750">
        <w:t>ncias</w:t>
      </w:r>
      <w:proofErr w:type="spellEnd"/>
      <w:r w:rsidRPr="00187750">
        <w:t xml:space="preserve"> </w:t>
      </w:r>
      <w:proofErr w:type="spellStart"/>
      <w:r w:rsidRPr="00187750">
        <w:t>t</w:t>
      </w:r>
      <w:r w:rsidRPr="00187750">
        <w:rPr>
          <w:rFonts w:hint="cs"/>
        </w:rPr>
        <w:t>é</w:t>
      </w:r>
      <w:r w:rsidRPr="00187750">
        <w:t>cnicas</w:t>
      </w:r>
      <w:proofErr w:type="spellEnd"/>
      <w:r w:rsidRPr="00187750">
        <w:t xml:space="preserve"> a </w:t>
      </w:r>
      <w:proofErr w:type="spellStart"/>
      <w:r w:rsidRPr="00187750">
        <w:t>qualquer</w:t>
      </w:r>
      <w:proofErr w:type="spellEnd"/>
      <w:r w:rsidRPr="00187750">
        <w:t xml:space="preserve"> tempo;</w:t>
      </w:r>
    </w:p>
    <w:p w:rsidR="00187750" w:rsidRDefault="00187750">
      <w:pPr>
        <w:ind w:left="288"/>
        <w:rPr>
          <w:rFonts w:hint="eastAsia"/>
        </w:rPr>
      </w:pP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</w:t>
      </w:r>
      <w:r>
        <w:t>A</w:t>
      </w:r>
      <w:r w:rsidRPr="00187750">
        <w:t xml:space="preserve">s </w:t>
      </w:r>
      <w:proofErr w:type="spellStart"/>
      <w:r w:rsidRPr="00187750">
        <w:t>informa</w:t>
      </w:r>
      <w:r w:rsidRPr="00187750">
        <w:rPr>
          <w:rFonts w:hint="cs"/>
        </w:rPr>
        <w:t>çõ</w:t>
      </w:r>
      <w:r w:rsidRPr="00187750">
        <w:t>es</w:t>
      </w:r>
      <w:proofErr w:type="spellEnd"/>
      <w:r w:rsidRPr="00187750">
        <w:t xml:space="preserve"> </w:t>
      </w:r>
      <w:proofErr w:type="spellStart"/>
      <w:r w:rsidRPr="00187750">
        <w:t>prestadas</w:t>
      </w:r>
      <w:proofErr w:type="spellEnd"/>
      <w:r w:rsidRPr="00187750">
        <w:t xml:space="preserve"> </w:t>
      </w:r>
      <w:proofErr w:type="spellStart"/>
      <w:r w:rsidRPr="00187750">
        <w:t>neste</w:t>
      </w:r>
      <w:proofErr w:type="spellEnd"/>
      <w:r w:rsidRPr="00187750">
        <w:t xml:space="preserve"> </w:t>
      </w:r>
      <w:proofErr w:type="spellStart"/>
      <w:r w:rsidRPr="00187750">
        <w:t>formul</w:t>
      </w:r>
      <w:r w:rsidRPr="00187750">
        <w:rPr>
          <w:rFonts w:hint="cs"/>
        </w:rPr>
        <w:t>á</w:t>
      </w:r>
      <w:r w:rsidRPr="00187750">
        <w:t>rio</w:t>
      </w:r>
      <w:proofErr w:type="spellEnd"/>
      <w:r w:rsidRPr="00187750">
        <w:t xml:space="preserve"> </w:t>
      </w:r>
      <w:proofErr w:type="spellStart"/>
      <w:r w:rsidRPr="00187750">
        <w:t>s</w:t>
      </w:r>
      <w:r w:rsidRPr="00187750">
        <w:rPr>
          <w:rFonts w:hint="cs"/>
        </w:rPr>
        <w:t>ã</w:t>
      </w:r>
      <w:r w:rsidRPr="00187750">
        <w:t>o</w:t>
      </w:r>
      <w:proofErr w:type="spellEnd"/>
      <w:r w:rsidRPr="00187750">
        <w:t xml:space="preserve"> </w:t>
      </w:r>
      <w:proofErr w:type="spellStart"/>
      <w:r w:rsidRPr="00187750">
        <w:t>verdadeiras</w:t>
      </w:r>
      <w:proofErr w:type="spellEnd"/>
      <w:r w:rsidRPr="00187750">
        <w:t xml:space="preserve"> e o </w:t>
      </w:r>
      <w:r w:rsidRPr="00187750">
        <w:rPr>
          <w:rFonts w:hint="cs"/>
        </w:rPr>
        <w:t>ó</w:t>
      </w:r>
      <w:r w:rsidRPr="00187750">
        <w:t>rg</w:t>
      </w:r>
      <w:r w:rsidRPr="00187750">
        <w:rPr>
          <w:rFonts w:hint="cs"/>
        </w:rPr>
        <w:t>ã</w:t>
      </w:r>
      <w:r w:rsidRPr="00187750">
        <w:t xml:space="preserve">o assume integral </w:t>
      </w:r>
      <w:proofErr w:type="spellStart"/>
      <w:r w:rsidRPr="00187750">
        <w:t>responsabilidade</w:t>
      </w:r>
      <w:proofErr w:type="spellEnd"/>
      <w:r w:rsidRPr="00187750">
        <w:t xml:space="preserve"> pela </w:t>
      </w:r>
      <w:proofErr w:type="spellStart"/>
      <w:r w:rsidRPr="00187750">
        <w:t>sua</w:t>
      </w:r>
      <w:proofErr w:type="spellEnd"/>
      <w:r w:rsidRPr="00187750">
        <w:t xml:space="preserve"> </w:t>
      </w:r>
      <w:proofErr w:type="spellStart"/>
      <w:r w:rsidRPr="00187750">
        <w:t>exatid</w:t>
      </w:r>
      <w:r w:rsidRPr="00187750">
        <w:rPr>
          <w:rFonts w:hint="cs"/>
        </w:rPr>
        <w:t>ã</w:t>
      </w:r>
      <w:r w:rsidRPr="00187750">
        <w:t>o</w:t>
      </w:r>
      <w:proofErr w:type="spellEnd"/>
      <w:r w:rsidRPr="00187750">
        <w:t>.</w:t>
      </w:r>
    </w:p>
    <w:p w:rsidR="00D625AF" w:rsidRDefault="00187750">
      <w:pPr>
        <w:rPr>
          <w:rFonts w:hint="eastAsia"/>
        </w:rPr>
      </w:pPr>
      <w:bookmarkStart w:id="0" w:name="_GoBack"/>
      <w:bookmarkEnd w:id="0"/>
      <w:r>
        <w:br/>
        <w:t>Assinatura/identificação do responsável: ________________________________________________</w:t>
      </w:r>
    </w:p>
    <w:sectPr w:rsidR="00D625AF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7750"/>
    <w:rsid w:val="0029639D"/>
    <w:rsid w:val="00326F90"/>
    <w:rsid w:val="00AA1D8D"/>
    <w:rsid w:val="00B47730"/>
    <w:rsid w:val="00CB0664"/>
    <w:rsid w:val="00D625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11C2BE"/>
  <w14:defaultImageDpi w14:val="300"/>
  <w15:docId w15:val="{BCB47C40-A817-46F5-BE5A-9DAD28BB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Roboto" w:hAnsi="Roboto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CB1DE2-34BD-4A7B-B630-C8CC4EE5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3</Pages>
  <Words>805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Eduardo Galvão</cp:lastModifiedBy>
  <cp:revision>2</cp:revision>
  <dcterms:created xsi:type="dcterms:W3CDTF">2013-12-23T23:15:00Z</dcterms:created>
  <dcterms:modified xsi:type="dcterms:W3CDTF">2026-08-04T19:29:00Z</dcterms:modified>
  <cp:category/>
</cp:coreProperties>
</file>